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APPRAISER REVIEW LETTER</w:t>
      </w:r>
    </w:p>
    <w:p/>
    <w:p>
      <w:r>
        <w:rPr>
          <w:b/>
        </w:rPr>
        <w:t xml:space="preserve">Date: </w:t>
      </w:r>
      <w:r>
        <w:t>&lt;# &lt;Content Select="//AppraiserFieldReviewDate" /&gt; #&gt;</w:t>
      </w:r>
    </w:p>
    <w:p>
      <w:r>
        <w:rPr>
          <w:b/>
        </w:rPr>
        <w:t xml:space="preserve">Case Number: </w:t>
      </w:r>
      <w:r>
        <w:t>&lt;# &lt;Content Select="//AppraiserCaseNumber" /&gt; #&gt;</w:t>
      </w:r>
    </w:p>
    <w:p>
      <w:r>
        <w:rPr>
          <w:b/>
        </w:rPr>
        <w:t xml:space="preserve">Property Address: </w:t>
      </w:r>
      <w:r>
        <w:t>&lt;# &lt;Content Select="//PropertyAddress" /&gt; #&gt;</w:t>
      </w:r>
    </w:p>
    <w:p/>
    <w:p>
      <w:r>
        <w:t>This letter documents the appraiser review findings for the above-referenced property. The following deficiencies were identified and require resolution: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#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Resolution</w:t>
            </w:r>
          </w:p>
        </w:tc>
      </w:tr>
      <w:tr>
        <w:tc>
          <w:tcPr>
            <w:tcW w:type="dxa" w:w="2880"/>
          </w:tcPr>
          <w:p>
            <w:r>
              <w:t>&lt;# &lt;TableRow Select=".//DeficiencyList/Deficiency" /&gt; #&gt;</w:t>
            </w:r>
            <w:r>
              <w:t>&lt;# &lt;Content Select="./Number" /&gt; #&gt;</w:t>
            </w:r>
          </w:p>
        </w:tc>
        <w:tc>
          <w:tcPr>
            <w:tcW w:type="dxa" w:w="2880"/>
          </w:tcPr>
          <w:p>
            <w:r>
              <w:t>&lt;# &lt;Content Select="./Description" /&gt; #&gt;</w:t>
            </w:r>
          </w:p>
        </w:tc>
        <w:tc>
          <w:tcPr>
            <w:tcW w:type="dxa" w:w="2880"/>
          </w:tcPr>
          <w:p>
            <w:r>
              <w:t>&lt;# &lt;Content Select="./Resolution" /&gt; #&gt;</w:t>
            </w:r>
          </w:p>
        </w:tc>
      </w:tr>
    </w:tbl>
    <w:p/>
    <w:p>
      <w:r>
        <w:t>Please address all noted deficiencies and provide documentation of resolution to this office.</w:t>
      </w:r>
    </w:p>
    <w:p/>
    <w:p>
      <w:r>
        <w:t>Sincerely,</w:t>
      </w:r>
    </w:p>
    <w:p/>
    <w:p>
      <w:r>
        <w:t>Appraiser Review Team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